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CAREER &amp; JOB SEARCH  ·  MODULE 3</w:t>
      </w:r>
    </w:p>
    <w:p>
      <w:pPr>
        <w:pStyle w:val="Heading1"/>
      </w:pPr>
      <w:r>
        <w:t>Cover letter template</w:t>
      </w:r>
    </w:p>
    <w:p>
      <w:r>
        <w:t>A good cover letter is short, personal and matches the employer. Plan it here, then use AI to improve the wording, not to invent facts.</w:t>
      </w:r>
    </w:p>
    <w:p>
      <w:pPr>
        <w:pStyle w:val="Heading2"/>
      </w:pPr>
      <w:r>
        <w:t>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Your name and contact details</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Company name</w:t>
            </w:r>
          </w:p>
        </w:tc>
        <w:tc>
          <w:tcPr>
            <w:tcW w:type="dxa" w:w="6520"/>
          </w:tcPr>
          <w:p>
            <w:r>
              <w:t xml:space="preserve"> </w:t>
            </w:r>
          </w:p>
        </w:tc>
      </w:tr>
      <w:tr>
        <w:tc>
          <w:tcPr>
            <w:tcW w:type="dxa" w:w="3118"/>
            <w:shd w:val="clear" w:fill="EEF3FF"/>
          </w:tcPr>
          <w:p>
            <w:r>
              <w:rPr>
                <w:b/>
              </w:rPr>
              <w:t>Hiring manager's name (if known)</w:t>
            </w:r>
          </w:p>
        </w:tc>
        <w:tc>
          <w:tcPr>
            <w:tcW w:type="dxa" w:w="6520"/>
          </w:tcPr>
          <w:p>
            <w:r>
              <w:t xml:space="preserve"> </w:t>
            </w:r>
          </w:p>
        </w:tc>
      </w:tr>
      <w:tr>
        <w:tc>
          <w:tcPr>
            <w:tcW w:type="dxa" w:w="3118"/>
            <w:shd w:val="clear" w:fill="EEF3FF"/>
          </w:tcPr>
          <w:p>
            <w:r>
              <w:rPr>
                <w:b/>
              </w:rPr>
              <w:t>Job title and reference</w:t>
            </w:r>
          </w:p>
        </w:tc>
        <w:tc>
          <w:tcPr>
            <w:tcW w:type="dxa" w:w="6520"/>
          </w:tcPr>
          <w:p>
            <w:r>
              <w:t xml:space="preserve"> </w:t>
            </w:r>
          </w:p>
        </w:tc>
      </w:tr>
    </w:tbl>
    <w:p/>
    <w:p>
      <w:pPr>
        <w:pStyle w:val="Heading2"/>
      </w:pPr>
      <w:r>
        <w:t>Paragraph 1: why you are writing</w:t>
      </w:r>
    </w:p>
    <w:p>
      <w:r>
        <w:t>Name the job and where you saw it. Say in one sentence why you want 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opening</w:t>
            </w:r>
          </w:p>
        </w:tc>
        <w:tc>
          <w:tcPr>
            <w:tcW w:type="dxa" w:w="6520"/>
          </w:tcPr>
          <w:p>
            <w:r>
              <w:t xml:space="preserve"> </w:t>
            </w:r>
          </w:p>
        </w:tc>
      </w:tr>
    </w:tbl>
    <w:p/>
    <w:p>
      <w:pPr>
        <w:pStyle w:val="Heading2"/>
      </w:pPr>
      <w:r>
        <w:t>Paragraph 2: why you fit</w:t>
      </w:r>
    </w:p>
    <w:p>
      <w:r>
        <w:t>Pick 2–3 skills from the advert. Give one real example for each.</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Skill in the advert</w:t>
            </w:r>
          </w:p>
        </w:tc>
        <w:tc>
          <w:tcPr>
            <w:tcW w:type="dxa" w:w="4819"/>
            <w:shd w:val="clear" w:fill="1F1E76"/>
          </w:tcPr>
          <w:p>
            <w:r>
              <w:rPr>
                <w:b/>
                <w:color w:val="FFFFFF"/>
              </w:rPr>
              <w:t>My real example</w:t>
            </w:r>
          </w:p>
        </w:tc>
      </w:tr>
      <w:tr>
        <w:tc>
          <w:tcPr>
            <w:tcW w:type="dxa" w:w="4819"/>
          </w:tcPr>
          <w:p>
            <w:r>
              <w:rPr>
                <w:sz w:val="20"/>
              </w:rPr>
              <w:t>Good communication</w:t>
            </w:r>
          </w:p>
        </w:tc>
        <w:tc>
          <w:tcPr>
            <w:tcW w:type="dxa" w:w="4819"/>
          </w:tcPr>
          <w:p>
            <w:r>
              <w:rPr>
                <w:sz w:val="20"/>
              </w:rPr>
              <w:t>I answered 50+ customer questions a day and solved most problems first time.</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bl>
    <w:p/>
    <w:p>
      <w:pPr>
        <w:pStyle w:val="Heading2"/>
      </w:pPr>
      <w:r>
        <w:t>Paragraph 3: why this company</w:t>
      </w:r>
    </w:p>
    <w:p>
      <w:r>
        <w:t>Use facts you checked on the company's website, not only the AI summary.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 verified fact about the company</w:t>
            </w:r>
          </w:p>
        </w:tc>
        <w:tc>
          <w:tcPr>
            <w:tcW w:type="dxa" w:w="6520"/>
          </w:tcPr>
          <w:p>
            <w:r>
              <w:t xml:space="preserve"> </w:t>
            </w:r>
          </w:p>
        </w:tc>
      </w:tr>
      <w:tr>
        <w:tc>
          <w:tcPr>
            <w:tcW w:type="dxa" w:w="3118"/>
            <w:shd w:val="clear" w:fill="EEF3FF"/>
          </w:tcPr>
          <w:p>
            <w:r>
              <w:rPr>
                <w:b/>
              </w:rPr>
              <w:t>Why it matters to me</w:t>
            </w:r>
          </w:p>
        </w:tc>
        <w:tc>
          <w:tcPr>
            <w:tcW w:type="dxa" w:w="6520"/>
          </w:tcPr>
          <w:p>
            <w:r>
              <w:t xml:space="preserve"> </w:t>
            </w:r>
          </w:p>
        </w:tc>
      </w:tr>
    </w:tbl>
    <w:p/>
    <w:p>
      <w:pPr>
        <w:pStyle w:val="Heading2"/>
      </w:pPr>
      <w:r>
        <w:t>Paragraph 4: close</w:t>
      </w:r>
    </w:p>
    <w:p>
      <w:r>
        <w:t>Thank them, say you would like an interview, and give your availability.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closing</w:t>
            </w:r>
          </w:p>
        </w:tc>
        <w:tc>
          <w:tcPr>
            <w:tcW w:type="dxa" w:w="6520"/>
          </w:tcPr>
          <w:p>
            <w:r>
              <w:t xml:space="preserve"> </w:t>
            </w:r>
          </w:p>
        </w:tc>
      </w:tr>
    </w:tbl>
    <w:p/>
    <w:p>
      <w:pPr>
        <w:pStyle w:val="Heading2"/>
      </w:pPr>
      <w:r>
        <w:t>Final check</w:t>
      </w:r>
    </w:p>
    <w:p>
      <w:pPr>
        <w:spacing w:after="60"/>
      </w:pPr>
      <w:r>
        <w:rPr>
          <w:color w:val="2563EB"/>
          <w:sz w:val="24"/>
        </w:rPr>
        <w:t xml:space="preserve">☐  </w:t>
      </w:r>
      <w:r>
        <w:t>Under one page (about 250–350 words).</w:t>
      </w:r>
    </w:p>
    <w:p>
      <w:pPr>
        <w:spacing w:after="60"/>
      </w:pPr>
      <w:r>
        <w:rPr>
          <w:color w:val="2563EB"/>
          <w:sz w:val="24"/>
        </w:rPr>
        <w:t xml:space="preserve">☐  </w:t>
      </w:r>
      <w:r>
        <w:t>The company name and job title are correct everywhere.</w:t>
      </w:r>
    </w:p>
    <w:p>
      <w:pPr>
        <w:spacing w:after="60"/>
      </w:pPr>
      <w:r>
        <w:rPr>
          <w:color w:val="2563EB"/>
          <w:sz w:val="24"/>
        </w:rPr>
        <w:t xml:space="preserve">☐  </w:t>
      </w:r>
      <w:r>
        <w:t>Every fact about the company was checked on an official source.</w:t>
      </w:r>
    </w:p>
    <w:p>
      <w:pPr>
        <w:spacing w:after="60"/>
      </w:pPr>
      <w:r>
        <w:rPr>
          <w:color w:val="2563EB"/>
          <w:sz w:val="24"/>
        </w:rPr>
        <w:t xml:space="preserve">☐  </w:t>
      </w:r>
      <w:r>
        <w:t>No skill or experience is invented.</w:t>
      </w:r>
    </w:p>
    <w:p>
      <w:pPr>
        <w:spacing w:after="60"/>
      </w:pPr>
      <w:r>
        <w:rPr>
          <w:color w:val="2563EB"/>
          <w:sz w:val="24"/>
        </w:rPr>
        <w:t xml:space="preserve">☐  </w:t>
      </w:r>
      <w:r>
        <w:t>It sounds like me: I read it aloud.</w:t>
      </w:r>
    </w:p>
    <w:p>
      <w:pPr>
        <w:spacing w:after="60"/>
      </w:pPr>
      <w:r>
        <w:rPr>
          <w:color w:val="2563EB"/>
          <w:sz w:val="24"/>
        </w:rPr>
        <w:t xml:space="preserve">☐  </w:t>
      </w:r>
      <w:r>
        <w:t>No spelling mistakes.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