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CHECKLIST  ·  CAREER &amp; JOB SEARCH  ·  MODULE 3</w:t>
      </w:r>
    </w:p>
    <w:p>
      <w:pPr>
        <w:pStyle w:val="Heading1"/>
      </w:pPr>
      <w:r>
        <w:t>LinkedIn profile checklist</w:t>
      </w:r>
    </w:p>
    <w:p>
      <w:r>
        <w:t>Recruiters search LinkedIn with keywords. Use this checklist to improve your profile step by step.</w:t>
      </w:r>
    </w:p>
    <w:p>
      <w:pPr>
        <w:pStyle w:val="Heading2"/>
      </w:pPr>
      <w:r>
        <w:t>Top of your profile</w:t>
      </w:r>
    </w:p>
    <w:p>
      <w:pPr>
        <w:spacing w:after="60"/>
      </w:pPr>
      <w:r>
        <w:rPr>
          <w:color w:val="2563EB"/>
          <w:sz w:val="24"/>
        </w:rPr>
        <w:t xml:space="preserve">☐  </w:t>
      </w:r>
      <w:r>
        <w:t>A clear, friendly photo of your face with a plain background.</w:t>
      </w:r>
    </w:p>
    <w:p>
      <w:pPr>
        <w:spacing w:after="60"/>
      </w:pPr>
      <w:r>
        <w:rPr>
          <w:color w:val="2563EB"/>
          <w:sz w:val="24"/>
        </w:rPr>
        <w:t xml:space="preserve">☐  </w:t>
      </w:r>
      <w:r>
        <w:t>Headline: the job you want and 2–3 key skills (not only 'looking for work').</w:t>
      </w:r>
    </w:p>
    <w:p>
      <w:pPr>
        <w:spacing w:after="60"/>
      </w:pPr>
      <w:r>
        <w:rPr>
          <w:color w:val="2563EB"/>
          <w:sz w:val="24"/>
        </w:rPr>
        <w:t xml:space="preserve">☐  </w:t>
      </w:r>
      <w:r>
        <w:t>Location and 'Open to work' settings are correct (you can show it to recruiters only).</w:t>
      </w:r>
    </w:p>
    <w:p>
      <w:pPr>
        <w:spacing w:after="60"/>
      </w:pPr>
      <w:r>
        <w:rPr>
          <w:color w:val="2563EB"/>
          <w:sz w:val="24"/>
        </w:rPr>
        <w:t xml:space="preserve">☐  </w:t>
      </w:r>
      <w:r>
        <w:t>A custom profile link with your name.</w:t>
      </w:r>
    </w:p>
    <w:p>
      <w:pPr>
        <w:pStyle w:val="Heading2"/>
      </w:pPr>
      <w:r>
        <w:t>About section</w:t>
      </w:r>
    </w:p>
    <w:p>
      <w:pPr>
        <w:spacing w:after="60"/>
      </w:pPr>
      <w:r>
        <w:rPr>
          <w:color w:val="2563EB"/>
          <w:sz w:val="24"/>
        </w:rPr>
        <w:t xml:space="preserve">☐  </w:t>
      </w:r>
      <w:r>
        <w:t>3 short paragraphs: who you are, what you do well, what you want next.</w:t>
      </w:r>
    </w:p>
    <w:p>
      <w:pPr>
        <w:spacing w:after="60"/>
      </w:pPr>
      <w:r>
        <w:rPr>
          <w:color w:val="2563EB"/>
          <w:sz w:val="24"/>
        </w:rPr>
        <w:t xml:space="preserve">☐  </w:t>
      </w:r>
      <w:r>
        <w:t>Keywords from jobs you want.</w:t>
      </w:r>
    </w:p>
    <w:p>
      <w:pPr>
        <w:spacing w:after="60"/>
      </w:pPr>
      <w:r>
        <w:rPr>
          <w:color w:val="2563EB"/>
          <w:sz w:val="24"/>
        </w:rPr>
        <w:t xml:space="preserve">☐  </w:t>
      </w:r>
      <w:r>
        <w:t>Written in my own voice. I checked any AI suggestions.</w:t>
      </w:r>
    </w:p>
    <w:p>
      <w:pPr>
        <w:pStyle w:val="Heading2"/>
      </w:pPr>
      <w:r>
        <w:t>Experience and skills</w:t>
      </w:r>
    </w:p>
    <w:p>
      <w:pPr>
        <w:spacing w:after="60"/>
      </w:pPr>
      <w:r>
        <w:rPr>
          <w:color w:val="2563EB"/>
          <w:sz w:val="24"/>
        </w:rPr>
        <w:t xml:space="preserve">☐  </w:t>
      </w:r>
      <w:r>
        <w:t>Each job has 2–4 lines with actions and results.</w:t>
      </w:r>
    </w:p>
    <w:p>
      <w:pPr>
        <w:spacing w:after="60"/>
      </w:pPr>
      <w:r>
        <w:rPr>
          <w:color w:val="2563EB"/>
          <w:sz w:val="24"/>
        </w:rPr>
        <w:t xml:space="preserve">☐  </w:t>
      </w:r>
      <w:r>
        <w:t>Career gaps are explained simply and honestly if you wish.</w:t>
      </w:r>
    </w:p>
    <w:p>
      <w:pPr>
        <w:spacing w:after="60"/>
      </w:pPr>
      <w:r>
        <w:rPr>
          <w:color w:val="2563EB"/>
          <w:sz w:val="24"/>
        </w:rPr>
        <w:t xml:space="preserve">☐  </w:t>
      </w:r>
      <w:r>
        <w:t>Top skills are listed and match my CV.</w:t>
      </w:r>
    </w:p>
    <w:p>
      <w:pPr>
        <w:spacing w:after="60"/>
      </w:pPr>
      <w:r>
        <w:rPr>
          <w:color w:val="2563EB"/>
          <w:sz w:val="24"/>
        </w:rPr>
        <w:t xml:space="preserve">☐  </w:t>
      </w:r>
      <w:r>
        <w:t>Courses and certificates (e.g. Re-AI module certificates) are added.</w:t>
      </w:r>
    </w:p>
    <w:p>
      <w:pPr>
        <w:spacing w:after="60"/>
      </w:pPr>
      <w:r>
        <w:rPr>
          <w:color w:val="2563EB"/>
          <w:sz w:val="24"/>
        </w:rPr>
        <w:t xml:space="preserve">☐  </w:t>
      </w:r>
      <w:r>
        <w:t>Featured section shows a portfolio project.</w:t>
      </w:r>
    </w:p>
    <w:p>
      <w:pPr>
        <w:pStyle w:val="Heading2"/>
      </w:pPr>
      <w:r>
        <w:t>Activity and privacy</w:t>
      </w:r>
    </w:p>
    <w:p>
      <w:pPr>
        <w:spacing w:after="60"/>
      </w:pPr>
      <w:r>
        <w:rPr>
          <w:color w:val="2563EB"/>
          <w:sz w:val="24"/>
        </w:rPr>
        <w:t xml:space="preserve">☐  </w:t>
      </w:r>
      <w:r>
        <w:t>I connected with people I know and people in my target sector.</w:t>
      </w:r>
    </w:p>
    <w:p>
      <w:pPr>
        <w:spacing w:after="60"/>
      </w:pPr>
      <w:r>
        <w:rPr>
          <w:color w:val="2563EB"/>
          <w:sz w:val="24"/>
        </w:rPr>
        <w:t xml:space="preserve">☐  </w:t>
      </w:r>
      <w:r>
        <w:t>I follow companies I want to work for.</w:t>
      </w:r>
    </w:p>
    <w:p>
      <w:pPr>
        <w:spacing w:after="60"/>
      </w:pPr>
      <w:r>
        <w:rPr>
          <w:color w:val="2563EB"/>
          <w:sz w:val="24"/>
        </w:rPr>
        <w:t xml:space="preserve">☐  </w:t>
      </w:r>
      <w:r>
        <w:t>I checked who can see my contact details.</w:t>
      </w:r>
    </w:p>
    <w:p>
      <w:pPr>
        <w:spacing w:after="60"/>
      </w:pPr>
      <w:r>
        <w:rPr>
          <w:color w:val="2563EB"/>
          <w:sz w:val="24"/>
        </w:rPr>
        <w:t xml:space="preserve">☐  </w:t>
      </w:r>
      <w:r>
        <w:t>I never share my ID or bank details with 'recruiters' I cannot verify.</w:t>
      </w:r>
    </w:p>
    <w:p>
      <w:pPr>
        <w:pStyle w:val="Heading2"/>
      </w:pPr>
      <w:r>
        <w:t>My headline and About draft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Headline</w:t>
            </w:r>
          </w:p>
        </w:tc>
        <w:tc>
          <w:tcPr>
            <w:tcW w:type="dxa" w:w="6520"/>
          </w:tcPr>
          <w:p>
            <w:r>
              <w:t xml:space="preserve"> </w:t>
            </w:r>
          </w:p>
        </w:tc>
      </w:tr>
      <w:tr>
        <w:tc>
          <w:tcPr>
            <w:tcW w:type="dxa" w:w="3118"/>
            <w:shd w:val="clear" w:fill="EEF3FF"/>
          </w:tcPr>
          <w:p>
            <w:r>
              <w:rPr>
                <w:b/>
              </w:rPr>
              <w:t>About (first paragraph)</w:t>
            </w:r>
          </w:p>
        </w:tc>
        <w:tc>
          <w:tcPr>
            <w:tcW w:type="dxa" w:w="6520"/>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