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CHECKLIST  ·  ONLINE SAFETY  ·  MODULE 1</w:t>
      </w:r>
    </w:p>
    <w:p>
      <w:pPr>
        <w:pStyle w:val="Heading1"/>
      </w:pPr>
      <w:r>
        <w:t>Password &amp; account security checklist</w:t>
      </w:r>
    </w:p>
    <w:p>
      <w:r>
        <w:t>Your email account is the key to all your other accounts. Work through this checklist once now and again every few months. Never write a password on this sheet.</w:t>
      </w:r>
    </w:p>
    <w:p>
      <w:pPr>
        <w:pStyle w:val="Heading2"/>
      </w:pPr>
      <w:r>
        <w:t>Strong passwords</w:t>
      </w:r>
    </w:p>
    <w:p>
      <w:pPr>
        <w:spacing w:after="60"/>
      </w:pPr>
      <w:r>
        <w:rPr>
          <w:color w:val="2563EB"/>
          <w:sz w:val="24"/>
        </w:rPr>
        <w:t xml:space="preserve">☐  </w:t>
      </w:r>
      <w:r>
        <w:t>Each important account has its own password. I do not reuse passwords.</w:t>
      </w:r>
    </w:p>
    <w:p>
      <w:pPr>
        <w:spacing w:after="60"/>
      </w:pPr>
      <w:r>
        <w:rPr>
          <w:color w:val="2563EB"/>
          <w:sz w:val="24"/>
        </w:rPr>
        <w:t xml:space="preserve">☐  </w:t>
      </w:r>
      <w:r>
        <w:t>My passwords are long: a passphrase of 4 or more random words plus a number.</w:t>
      </w:r>
    </w:p>
    <w:p>
      <w:pPr>
        <w:spacing w:after="60"/>
      </w:pPr>
      <w:r>
        <w:rPr>
          <w:color w:val="2563EB"/>
          <w:sz w:val="24"/>
        </w:rPr>
        <w:t xml:space="preserve">☐  </w:t>
      </w:r>
      <w:r>
        <w:t>I use a password manager (for example Google Password Manager) to store them.</w:t>
      </w:r>
    </w:p>
    <w:p>
      <w:pPr>
        <w:spacing w:after="60"/>
      </w:pPr>
      <w:r>
        <w:rPr>
          <w:color w:val="2563EB"/>
          <w:sz w:val="24"/>
        </w:rPr>
        <w:t xml:space="preserve">☐  </w:t>
      </w:r>
      <w:r>
        <w:t>I never share passwords by email, chat or phone.</w:t>
      </w:r>
    </w:p>
    <w:p>
      <w:pPr>
        <w:pStyle w:val="Heading2"/>
      </w:pPr>
      <w:r>
        <w:t>Extra protection</w:t>
      </w:r>
    </w:p>
    <w:p>
      <w:pPr>
        <w:spacing w:after="60"/>
      </w:pPr>
      <w:r>
        <w:rPr>
          <w:color w:val="2563EB"/>
          <w:sz w:val="24"/>
        </w:rPr>
        <w:t xml:space="preserve">☐  </w:t>
      </w:r>
      <w:r>
        <w:t>2-step verification is on for my main email.</w:t>
      </w:r>
    </w:p>
    <w:p>
      <w:pPr>
        <w:spacing w:after="60"/>
      </w:pPr>
      <w:r>
        <w:rPr>
          <w:color w:val="2563EB"/>
          <w:sz w:val="24"/>
        </w:rPr>
        <w:t xml:space="preserve">☐  </w:t>
      </w:r>
      <w:r>
        <w:t>2-step verification is on for my bank and work accounts.</w:t>
      </w:r>
    </w:p>
    <w:p>
      <w:pPr>
        <w:spacing w:after="60"/>
      </w:pPr>
      <w:r>
        <w:rPr>
          <w:color w:val="2563EB"/>
          <w:sz w:val="24"/>
        </w:rPr>
        <w:t xml:space="preserve">☐  </w:t>
      </w:r>
      <w:r>
        <w:t>My backup codes are saved somewhere safe and offline.</w:t>
      </w:r>
    </w:p>
    <w:p>
      <w:pPr>
        <w:spacing w:after="60"/>
      </w:pPr>
      <w:r>
        <w:rPr>
          <w:color w:val="2563EB"/>
          <w:sz w:val="24"/>
        </w:rPr>
        <w:t xml:space="preserve">☐  </w:t>
      </w:r>
      <w:r>
        <w:t>My recovery phone number and email are up to date.</w:t>
      </w:r>
    </w:p>
    <w:p>
      <w:pPr>
        <w:pStyle w:val="Heading2"/>
      </w:pPr>
      <w:r>
        <w:t>Regular checks</w:t>
      </w:r>
    </w:p>
    <w:p>
      <w:pPr>
        <w:spacing w:after="60"/>
      </w:pPr>
      <w:r>
        <w:rPr>
          <w:color w:val="2563EB"/>
          <w:sz w:val="24"/>
        </w:rPr>
        <w:t xml:space="preserve">☐  </w:t>
      </w:r>
      <w:r>
        <w:t>I checked my email address on haveibeenpwned.com.</w:t>
      </w:r>
    </w:p>
    <w:p>
      <w:pPr>
        <w:spacing w:after="60"/>
      </w:pPr>
      <w:r>
        <w:rPr>
          <w:color w:val="2563EB"/>
          <w:sz w:val="24"/>
        </w:rPr>
        <w:t xml:space="preserve">☐  </w:t>
      </w:r>
      <w:r>
        <w:t>I ran Password Checkup at passwords.google.com.</w:t>
      </w:r>
    </w:p>
    <w:p>
      <w:pPr>
        <w:spacing w:after="60"/>
      </w:pPr>
      <w:r>
        <w:rPr>
          <w:color w:val="2563EB"/>
          <w:sz w:val="24"/>
        </w:rPr>
        <w:t xml:space="preserve">☐  </w:t>
      </w:r>
      <w:r>
        <w:t>I changed any leaked, weak or reused passwords, starting with email and bank.</w:t>
      </w:r>
    </w:p>
    <w:p>
      <w:pPr>
        <w:spacing w:after="60"/>
      </w:pPr>
      <w:r>
        <w:rPr>
          <w:color w:val="2563EB"/>
          <w:sz w:val="24"/>
        </w:rPr>
        <w:t xml:space="preserve">☐  </w:t>
      </w:r>
      <w:r>
        <w:t>I updated my phone, computer and browser.</w:t>
      </w:r>
    </w:p>
    <w:p>
      <w:pPr>
        <w:spacing w:after="60"/>
      </w:pPr>
      <w:r>
        <w:rPr>
          <w:color w:val="2563EB"/>
          <w:sz w:val="24"/>
        </w:rPr>
        <w:t xml:space="preserve">☐  </w:t>
      </w:r>
      <w:r>
        <w:t>I signed out of shared or public computers.</w:t>
      </w:r>
    </w:p>
    <w:p>
      <w:pPr>
        <w:pStyle w:val="Heading2"/>
      </w:pPr>
      <w:r>
        <w:t>My security log (no passwords!)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Date</w:t>
            </w:r>
          </w:p>
        </w:tc>
        <w:tc>
          <w:tcPr>
            <w:tcW w:type="dxa" w:w="2409"/>
            <w:shd w:val="clear" w:fill="1F1E76"/>
          </w:tcPr>
          <w:p>
            <w:r>
              <w:rPr>
                <w:b/>
                <w:color w:val="FFFFFF"/>
              </w:rPr>
              <w:t>What I checked</w:t>
            </w:r>
          </w:p>
        </w:tc>
        <w:tc>
          <w:tcPr>
            <w:tcW w:type="dxa" w:w="2409"/>
            <w:shd w:val="clear" w:fill="1F1E76"/>
          </w:tcPr>
          <w:p>
            <w:r>
              <w:rPr>
                <w:b/>
                <w:color w:val="FFFFFF"/>
              </w:rPr>
              <w:t>Result</w:t>
            </w:r>
          </w:p>
        </w:tc>
        <w:tc>
          <w:tcPr>
            <w:tcW w:type="dxa" w:w="2409"/>
            <w:shd w:val="clear" w:fill="1F1E76"/>
          </w:tcPr>
          <w:p>
            <w:r>
              <w:rPr>
                <w:b/>
                <w:color w:val="FFFFFF"/>
              </w:rPr>
              <w:t>Action I took</w:t>
            </w:r>
          </w:p>
        </w:tc>
      </w:tr>
      <w:tr>
        <w:tc>
          <w:tcPr>
            <w:tcW w:type="dxa" w:w="2409"/>
          </w:tcPr>
          <w:p>
            <w:r>
              <w:rPr>
                <w:sz w:val="20"/>
              </w:rPr>
              <w:t>Example: 12 Oct</w:t>
            </w:r>
          </w:p>
        </w:tc>
        <w:tc>
          <w:tcPr>
            <w:tcW w:type="dxa" w:w="2409"/>
          </w:tcPr>
          <w:p>
            <w:r>
              <w:rPr>
                <w:sz w:val="20"/>
              </w:rPr>
              <w:t>Breach check for my Gmail</w:t>
            </w:r>
          </w:p>
        </w:tc>
        <w:tc>
          <w:tcPr>
            <w:tcW w:type="dxa" w:w="2409"/>
          </w:tcPr>
          <w:p>
            <w:r>
              <w:rPr>
                <w:sz w:val="20"/>
              </w:rPr>
              <w:t>2 old breaches</w:t>
            </w:r>
          </w:p>
        </w:tc>
        <w:tc>
          <w:tcPr>
            <w:tcW w:type="dxa" w:w="2409"/>
          </w:tcPr>
          <w:p>
            <w:r>
              <w:rPr>
                <w:sz w:val="20"/>
              </w:rPr>
              <w:t>Changed password on 1 site, turned on 2-step verification</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